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TITLE OF THE PAPER</w:t>
      </w:r>
    </w:p>
    <w:p>
      <w:pPr>
        <w:jc w:val="center"/>
      </w:pPr>
      <w:r>
        <w:rPr>
          <w:b/>
        </w:rPr>
        <w:t>Author Name1, Author Name2, Author Name3</w:t>
        <w:br/>
      </w:r>
      <w:r>
        <w:t>Department, Institution Name, City, Country</w:t>
        <w:br/>
      </w:r>
      <w:r>
        <w:t>email@example.com</w:t>
      </w:r>
    </w:p>
    <w:p/>
    <w:p>
      <w:r>
        <w:rPr>
          <w:b/>
          <w:sz w:val="20"/>
        </w:rPr>
        <w:t>Abstract—</w:t>
      </w:r>
      <w:r>
        <w:rPr>
          <w:sz w:val="20"/>
        </w:rPr>
        <w:t>Write the abstract here. The abstract should summarize the objective, methodology, findings, and conclusion of the work within 150–250 words.</w:t>
      </w:r>
    </w:p>
    <w:p>
      <w:r>
        <w:rPr>
          <w:b/>
        </w:rPr>
        <w:t xml:space="preserve">Keywords— </w:t>
      </w:r>
      <w:r>
        <w:t>Keyword1, Keyword2, Keyword3, Keyword4</w:t>
      </w:r>
    </w:p>
    <w:p>
      <w:r>
        <w:rPr>
          <w:b/>
          <w:sz w:val="22"/>
        </w:rPr>
        <w:t>I. INTRODUCTION</w:t>
      </w:r>
    </w:p>
    <w:p>
      <w:pPr/>
      <w:r>
        <w:t>Provide background information, problem statement, and objectives of the research.</w:t>
      </w:r>
    </w:p>
    <w:p>
      <w:r>
        <w:rPr>
          <w:b/>
          <w:sz w:val="22"/>
        </w:rPr>
        <w:t>II. LITERATURE REVIEW</w:t>
      </w:r>
    </w:p>
    <w:p>
      <w:pPr/>
      <w:r>
        <w:t>Discuss related works and previous research contributions.</w:t>
      </w:r>
    </w:p>
    <w:p>
      <w:r>
        <w:rPr>
          <w:b/>
          <w:sz w:val="22"/>
        </w:rPr>
        <w:t>III. METHODOLOGY</w:t>
      </w:r>
    </w:p>
    <w:p>
      <w:pPr/>
      <w:r>
        <w:t>Explain the proposed methodology, algorithms, experimental setup, and procedures.</w:t>
      </w:r>
    </w:p>
    <w:p>
      <w:r>
        <w:rPr>
          <w:b/>
          <w:sz w:val="22"/>
        </w:rPr>
        <w:t>IV. RESULTS AND DISCUSSION</w:t>
      </w:r>
    </w:p>
    <w:p>
      <w:pPr/>
      <w:r>
        <w:t>Present experimental results, analysis, graphs, tables, and discussions.</w:t>
      </w:r>
    </w:p>
    <w:p>
      <w:r>
        <w:rPr>
          <w:b/>
          <w:sz w:val="22"/>
        </w:rPr>
        <w:t>V. CONCLUSION</w:t>
      </w:r>
    </w:p>
    <w:p>
      <w:pPr/>
      <w:r>
        <w:t>Summarize the findings, contributions, and future scope of the research.</w:t>
      </w:r>
    </w:p>
    <w:p>
      <w:r>
        <w:rPr>
          <w:b/>
          <w:sz w:val="22"/>
        </w:rPr>
        <w:t>REFERENCES</w:t>
      </w:r>
    </w:p>
    <w:p>
      <w:r>
        <w:t>[1] Author Name, “Paper Title,” Journal Name, vol. x, no. x, pp. xx–xx, Year.</w:t>
      </w:r>
    </w:p>
    <w:p>
      <w:r>
        <w:t>[2] Author Name, Book Title, Publisher, Year.</w:t>
      </w:r>
    </w:p>
    <w:p>
      <w:r>
        <w:t>[3] Author Name, “Conference Paper Title,” in Conference Name, Year.</w:t>
      </w:r>
    </w:p>
    <w:p>
      <w:r>
        <w:rPr>
          <w:b/>
        </w:rPr>
        <w:br/>
        <w:t>NOTE: After downloading, apply Microsoft Word Layout → Columns → Two to convert the content into IEEE double-column format.</w:t>
      </w:r>
    </w:p>
    <w:sectPr w:rsidR="00FC693F" w:rsidRPr="0006063C" w:rsidSect="00034616">
      <w:pgSz w:w="12240" w:h="15840"/>
      <w:pgMar w:top="1080" w:right="1008" w:bottom="108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